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40"/>
        </w:rPr>
        <w:t>OLYAEROSPACE</w:t>
      </w:r>
    </w:p>
    <w:p>
      <w:pPr>
        <w:jc w:val="center"/>
      </w:pPr>
      <w:r>
        <w:t>OLYVENRA Strategic Group</w:t>
      </w:r>
    </w:p>
    <w:p>
      <w:pPr>
        <w:pStyle w:val="Heading1"/>
      </w:pPr>
      <w:r>
        <w:t>Alıcı İhtiyaç Formu</w:t>
      </w:r>
    </w:p>
    <w:p>
      <w:r>
        <w:t>Alıcı, kurum veya proje sahiplerinin ihtiyacı tanımlaması için yapılandırılmış form.</w:t>
      </w:r>
    </w:p>
    <w:p>
      <w:r>
        <w:t>Version 1.0 | 2026-06-28 | info@olyvenra.com</w:t>
      </w:r>
    </w:p>
    <w:p>
      <w:pPr>
        <w:pStyle w:val="Heading2"/>
      </w:pPr>
      <w:r>
        <w:t>Başvuru alanları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040"/>
        <w:gridCol w:w="5040"/>
      </w:tblGrid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Şirket / kurum adı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Ülke / bölge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Ana iletişim kişisi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İhtiyaç özeti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Hedef zamanlama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Destekleyici dokümanlar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Uyum veya sertifikasyon notları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Talep edilen sonraki adım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</w:tbl>
    <w:p>
      <w:pPr>
        <w:pStyle w:val="Heading2"/>
      </w:pPr>
      <w:r>
        <w:t>Doküman kontrolü</w:t>
      </w:r>
    </w:p>
    <w:p>
      <w:r>
        <w:t>This form is prepared for first-stage review. OLYVENRA Strategic Group may request supporting documentation before any commercial engagement proceeds.</w:t>
      </w:r>
    </w:p>
    <w:sectPr w:rsidR="00FC693F" w:rsidRPr="0006063C" w:rsidSect="00034616">
      <w:pgSz w:w="12240" w:h="15840"/>
      <w:pgMar w:top="1008" w:right="1080" w:bottom="936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100"/>
    </w:pPr>
    <w:rPr>
      <w:rFonts w:ascii="Arial" w:hAnsi="Arial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OLYAEROSPACE</dc:creator>
  <cp:keywords/>
  <dc:description>generated by python-docx</dc:description>
  <cp:lastModifiedBy>OLYAEROSPACE</cp:lastModifiedBy>
  <cp:revision>1</cp:revision>
  <dcterms:created xsi:type="dcterms:W3CDTF">2013-12-23T23:15:00Z</dcterms:created>
  <dcterms:modified xsi:type="dcterms:W3CDTF">2013-12-23T23:15:00Z</dcterms:modified>
  <cp:category/>
</cp:coreProperties>
</file>